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DE631" w14:textId="77777777" w:rsidR="00676B64" w:rsidRPr="00181D99" w:rsidRDefault="00721CEA" w:rsidP="00181D99">
      <w:pPr>
        <w:pStyle w:val="Title"/>
        <w:jc w:val="center"/>
        <w:rPr>
          <w:rFonts w:cstheme="majorHAnsi"/>
          <w:b/>
          <w:bCs/>
          <w:color w:val="auto"/>
          <w:sz w:val="24"/>
          <w:szCs w:val="24"/>
        </w:rPr>
      </w:pPr>
      <w:r w:rsidRPr="00181D99">
        <w:rPr>
          <w:rFonts w:cstheme="majorHAnsi"/>
          <w:b/>
          <w:bCs/>
          <w:color w:val="auto"/>
          <w:sz w:val="24"/>
          <w:szCs w:val="24"/>
        </w:rPr>
        <w:t>METİS BİLGİSAYAR SİSTEMLERİ SANAYİ VE TİCARET ANONİM ŞİRKETİ</w:t>
      </w:r>
    </w:p>
    <w:p w14:paraId="60A94580" w14:textId="77777777" w:rsidR="00181D99" w:rsidRDefault="00181D99" w:rsidP="00181D99">
      <w:pPr>
        <w:jc w:val="center"/>
        <w:rPr>
          <w:b/>
          <w:bCs/>
        </w:rPr>
      </w:pPr>
      <w:r w:rsidRPr="00181D99">
        <w:rPr>
          <w:b/>
          <w:bCs/>
        </w:rPr>
        <w:t>İLGİLİ KİŞİ BAŞVURU FORMU</w:t>
      </w:r>
    </w:p>
    <w:p w14:paraId="64EF166B" w14:textId="61A18771" w:rsidR="00676B64" w:rsidRPr="00181D99" w:rsidRDefault="00721CEA" w:rsidP="00181D99">
      <w:pPr>
        <w:rPr>
          <w:b/>
          <w:bCs/>
        </w:rPr>
      </w:pPr>
      <w:r w:rsidRPr="00181D99">
        <w:rPr>
          <w:rFonts w:asciiTheme="majorHAnsi" w:hAnsiTheme="majorHAnsi" w:cstheme="majorHAnsi"/>
          <w:b/>
          <w:bCs/>
          <w:sz w:val="24"/>
          <w:szCs w:val="24"/>
        </w:rPr>
        <w:t xml:space="preserve">1. </w:t>
      </w:r>
      <w:proofErr w:type="spellStart"/>
      <w:r w:rsidRPr="00181D99">
        <w:rPr>
          <w:rFonts w:asciiTheme="majorHAnsi" w:hAnsiTheme="majorHAnsi" w:cstheme="majorHAnsi"/>
          <w:b/>
          <w:bCs/>
          <w:sz w:val="24"/>
          <w:szCs w:val="24"/>
        </w:rPr>
        <w:t>Başvuru</w:t>
      </w:r>
      <w:proofErr w:type="spellEnd"/>
      <w:r w:rsidRPr="00181D99">
        <w:rPr>
          <w:rFonts w:asciiTheme="majorHAnsi" w:hAnsiTheme="majorHAnsi" w:cstheme="majorHAnsi"/>
          <w:b/>
          <w:bCs/>
          <w:sz w:val="24"/>
          <w:szCs w:val="24"/>
        </w:rPr>
        <w:t xml:space="preserve"> </w:t>
      </w:r>
      <w:proofErr w:type="spellStart"/>
      <w:r w:rsidR="00181D99">
        <w:rPr>
          <w:rFonts w:asciiTheme="majorHAnsi" w:hAnsiTheme="majorHAnsi" w:cstheme="majorHAnsi"/>
          <w:b/>
          <w:bCs/>
          <w:sz w:val="24"/>
          <w:szCs w:val="24"/>
        </w:rPr>
        <w:t>Y</w:t>
      </w:r>
      <w:r w:rsidRPr="00181D99">
        <w:rPr>
          <w:rFonts w:asciiTheme="majorHAnsi" w:hAnsiTheme="majorHAnsi" w:cstheme="majorHAnsi"/>
          <w:b/>
          <w:bCs/>
          <w:sz w:val="24"/>
          <w:szCs w:val="24"/>
        </w:rPr>
        <w:t>öntemleri</w:t>
      </w:r>
      <w:proofErr w:type="spellEnd"/>
    </w:p>
    <w:p w14:paraId="433BE0A3" w14:textId="75AFA6F6" w:rsidR="00676B64" w:rsidRPr="00181D99" w:rsidRDefault="00181D99" w:rsidP="00181D99">
      <w:pPr>
        <w:jc w:val="both"/>
        <w:rPr>
          <w:rFonts w:asciiTheme="majorHAnsi" w:hAnsiTheme="majorHAnsi" w:cstheme="majorHAnsi"/>
          <w:sz w:val="24"/>
          <w:szCs w:val="24"/>
        </w:rPr>
      </w:pPr>
      <w:r w:rsidRPr="00181D99">
        <w:rPr>
          <w:rFonts w:asciiTheme="majorHAnsi" w:hAnsiTheme="majorHAnsi" w:cstheme="majorHAnsi"/>
          <w:sz w:val="24"/>
          <w:szCs w:val="24"/>
        </w:rPr>
        <w:t xml:space="preserve">6698 </w:t>
      </w:r>
      <w:proofErr w:type="spellStart"/>
      <w:r w:rsidRPr="00181D99">
        <w:rPr>
          <w:rFonts w:asciiTheme="majorHAnsi" w:hAnsiTheme="majorHAnsi" w:cstheme="majorHAnsi"/>
          <w:sz w:val="24"/>
          <w:szCs w:val="24"/>
        </w:rPr>
        <w:t>sayılı</w:t>
      </w:r>
      <w:proofErr w:type="spellEnd"/>
      <w:r w:rsidRPr="00181D99">
        <w:rPr>
          <w:rFonts w:asciiTheme="majorHAnsi" w:hAnsiTheme="majorHAnsi" w:cstheme="majorHAnsi"/>
          <w:sz w:val="24"/>
          <w:szCs w:val="24"/>
        </w:rPr>
        <w:t xml:space="preserve"> </w:t>
      </w:r>
      <w:proofErr w:type="spellStart"/>
      <w:r>
        <w:rPr>
          <w:rFonts w:asciiTheme="majorHAnsi" w:hAnsiTheme="majorHAnsi" w:cstheme="majorHAnsi"/>
          <w:sz w:val="24"/>
          <w:szCs w:val="24"/>
        </w:rPr>
        <w:t>Kişisel</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Verilerin</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Korunması</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Kanunu’nun</w:t>
      </w:r>
      <w:proofErr w:type="spellEnd"/>
      <w:r>
        <w:rPr>
          <w:rFonts w:asciiTheme="majorHAnsi" w:hAnsiTheme="majorHAnsi" w:cstheme="majorHAnsi"/>
          <w:sz w:val="24"/>
          <w:szCs w:val="24"/>
        </w:rPr>
        <w:t xml:space="preserve"> (“</w:t>
      </w:r>
      <w:r w:rsidR="00721CEA" w:rsidRPr="00181D99">
        <w:rPr>
          <w:rFonts w:asciiTheme="majorHAnsi" w:hAnsiTheme="majorHAnsi" w:cstheme="majorHAnsi"/>
          <w:sz w:val="24"/>
          <w:szCs w:val="24"/>
        </w:rPr>
        <w:t>KVKK</w:t>
      </w:r>
      <w:r>
        <w:rPr>
          <w:rFonts w:asciiTheme="majorHAnsi" w:hAnsiTheme="majorHAnsi" w:cstheme="majorHAnsi"/>
          <w:sz w:val="24"/>
          <w:szCs w:val="24"/>
        </w:rPr>
        <w:t>”)</w:t>
      </w:r>
      <w:r w:rsidR="00721CEA" w:rsidRPr="00181D99">
        <w:rPr>
          <w:rFonts w:asciiTheme="majorHAnsi" w:hAnsiTheme="majorHAnsi" w:cstheme="majorHAnsi"/>
          <w:sz w:val="24"/>
          <w:szCs w:val="24"/>
        </w:rPr>
        <w:t xml:space="preserve"> m. 11 </w:t>
      </w:r>
      <w:proofErr w:type="spellStart"/>
      <w:r w:rsidR="00721CEA" w:rsidRPr="00181D99">
        <w:rPr>
          <w:rFonts w:asciiTheme="majorHAnsi" w:hAnsiTheme="majorHAnsi" w:cstheme="majorHAnsi"/>
          <w:sz w:val="24"/>
          <w:szCs w:val="24"/>
        </w:rPr>
        <w:t>kapsamındaki</w:t>
      </w:r>
      <w:proofErr w:type="spellEnd"/>
      <w:r w:rsidR="00721CEA" w:rsidRPr="00181D99">
        <w:rPr>
          <w:rFonts w:asciiTheme="majorHAnsi" w:hAnsiTheme="majorHAnsi" w:cstheme="majorHAnsi"/>
          <w:sz w:val="24"/>
          <w:szCs w:val="24"/>
        </w:rPr>
        <w:t xml:space="preserve"> </w:t>
      </w:r>
      <w:proofErr w:type="spellStart"/>
      <w:r w:rsidR="00721CEA" w:rsidRPr="00181D99">
        <w:rPr>
          <w:rFonts w:asciiTheme="majorHAnsi" w:hAnsiTheme="majorHAnsi" w:cstheme="majorHAnsi"/>
          <w:sz w:val="24"/>
          <w:szCs w:val="24"/>
        </w:rPr>
        <w:t>taleplerinizi</w:t>
      </w:r>
      <w:proofErr w:type="spellEnd"/>
      <w:r w:rsidR="00721CEA" w:rsidRPr="00181D99">
        <w:rPr>
          <w:rFonts w:asciiTheme="majorHAnsi" w:hAnsiTheme="majorHAnsi" w:cstheme="majorHAnsi"/>
          <w:sz w:val="24"/>
          <w:szCs w:val="24"/>
        </w:rPr>
        <w:t>, KVKK m. 13 ve Veri Sorumlusuna Başvuru Usul ve Esasları Hakkında Tebliğ uyarınca aşağıdaki yöntemlerden biriyle iletebilirsiniz:</w:t>
      </w:r>
    </w:p>
    <w:p w14:paraId="6B2597EB" w14:textId="734E6065"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 xml:space="preserve">• Islak imzalı dilekçe ile şahsen </w:t>
      </w:r>
      <w:proofErr w:type="spellStart"/>
      <w:r w:rsidRPr="00181D99">
        <w:rPr>
          <w:rFonts w:asciiTheme="majorHAnsi" w:hAnsiTheme="majorHAnsi" w:cstheme="majorHAnsi"/>
          <w:sz w:val="24"/>
          <w:szCs w:val="24"/>
        </w:rPr>
        <w:t>veya</w:t>
      </w:r>
      <w:proofErr w:type="spellEnd"/>
      <w:r w:rsidRPr="00181D99">
        <w:rPr>
          <w:rFonts w:asciiTheme="majorHAnsi" w:hAnsiTheme="majorHAnsi" w:cstheme="majorHAnsi"/>
          <w:sz w:val="24"/>
          <w:szCs w:val="24"/>
        </w:rPr>
        <w:t xml:space="preserve"> noter </w:t>
      </w:r>
      <w:proofErr w:type="spellStart"/>
      <w:r w:rsidRPr="00181D99">
        <w:rPr>
          <w:rFonts w:asciiTheme="majorHAnsi" w:hAnsiTheme="majorHAnsi" w:cstheme="majorHAnsi"/>
          <w:sz w:val="24"/>
          <w:szCs w:val="24"/>
        </w:rPr>
        <w:t>aracılığıyla</w:t>
      </w:r>
      <w:proofErr w:type="spellEnd"/>
      <w:r w:rsidRPr="00181D99">
        <w:rPr>
          <w:rFonts w:asciiTheme="majorHAnsi" w:hAnsiTheme="majorHAnsi" w:cstheme="majorHAnsi"/>
          <w:sz w:val="24"/>
          <w:szCs w:val="24"/>
        </w:rPr>
        <w:t xml:space="preserve">: </w:t>
      </w:r>
      <w:proofErr w:type="spellStart"/>
      <w:r w:rsidR="00181D99" w:rsidRPr="00670F9C">
        <w:rPr>
          <w:rFonts w:ascii="Verdana" w:hAnsi="Verdana"/>
          <w:bCs/>
        </w:rPr>
        <w:t>Defterdar</w:t>
      </w:r>
      <w:proofErr w:type="spellEnd"/>
      <w:r w:rsidR="00181D99" w:rsidRPr="00670F9C">
        <w:rPr>
          <w:rFonts w:ascii="Verdana" w:hAnsi="Verdana"/>
          <w:bCs/>
        </w:rPr>
        <w:t xml:space="preserve"> </w:t>
      </w:r>
      <w:proofErr w:type="spellStart"/>
      <w:r w:rsidR="00181D99" w:rsidRPr="00670F9C">
        <w:rPr>
          <w:rFonts w:ascii="Verdana" w:hAnsi="Verdana"/>
          <w:bCs/>
        </w:rPr>
        <w:t>Mh</w:t>
      </w:r>
      <w:proofErr w:type="spellEnd"/>
      <w:r w:rsidR="00181D99" w:rsidRPr="00670F9C">
        <w:rPr>
          <w:rFonts w:ascii="Verdana" w:hAnsi="Verdana"/>
          <w:bCs/>
        </w:rPr>
        <w:t xml:space="preserve">. </w:t>
      </w:r>
      <w:proofErr w:type="spellStart"/>
      <w:r w:rsidR="00181D99" w:rsidRPr="00670F9C">
        <w:rPr>
          <w:rFonts w:ascii="Verdana" w:hAnsi="Verdana"/>
          <w:bCs/>
        </w:rPr>
        <w:t>Otakçılar</w:t>
      </w:r>
      <w:proofErr w:type="spellEnd"/>
      <w:r w:rsidR="00181D99" w:rsidRPr="00670F9C">
        <w:rPr>
          <w:rFonts w:ascii="Verdana" w:hAnsi="Verdana"/>
          <w:bCs/>
        </w:rPr>
        <w:t xml:space="preserve"> Cd. </w:t>
      </w:r>
      <w:proofErr w:type="spellStart"/>
      <w:r w:rsidR="00181D99" w:rsidRPr="00670F9C">
        <w:rPr>
          <w:rFonts w:ascii="Verdana" w:hAnsi="Verdana"/>
          <w:bCs/>
        </w:rPr>
        <w:t>Flatofis</w:t>
      </w:r>
      <w:proofErr w:type="spellEnd"/>
      <w:r w:rsidR="00181D99" w:rsidRPr="00670F9C">
        <w:rPr>
          <w:rFonts w:ascii="Verdana" w:hAnsi="Verdana"/>
          <w:bCs/>
        </w:rPr>
        <w:t xml:space="preserve">, No:78, Kat:4, </w:t>
      </w:r>
      <w:proofErr w:type="spellStart"/>
      <w:r w:rsidR="00181D99" w:rsidRPr="00670F9C">
        <w:rPr>
          <w:rFonts w:ascii="Verdana" w:hAnsi="Verdana"/>
          <w:bCs/>
        </w:rPr>
        <w:t>Eyüpsultan</w:t>
      </w:r>
      <w:proofErr w:type="spellEnd"/>
      <w:r w:rsidR="00181D99" w:rsidRPr="00670F9C">
        <w:rPr>
          <w:rFonts w:ascii="Verdana" w:hAnsi="Verdana"/>
          <w:bCs/>
        </w:rPr>
        <w:t xml:space="preserve"> – İstanbul</w:t>
      </w:r>
    </w:p>
    <w:p w14:paraId="1C41EFE2" w14:textId="447D9219"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w:t>
      </w:r>
      <w:r w:rsid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Kayıtlı</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elektronik</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posta</w:t>
      </w:r>
      <w:proofErr w:type="spellEnd"/>
      <w:r w:rsidRPr="00181D99">
        <w:rPr>
          <w:rFonts w:asciiTheme="majorHAnsi" w:hAnsiTheme="majorHAnsi" w:cstheme="majorHAnsi"/>
          <w:sz w:val="24"/>
          <w:szCs w:val="24"/>
        </w:rPr>
        <w:t xml:space="preserve"> (KEP) </w:t>
      </w:r>
      <w:proofErr w:type="spellStart"/>
      <w:r w:rsidRPr="00181D99">
        <w:rPr>
          <w:rFonts w:asciiTheme="majorHAnsi" w:hAnsiTheme="majorHAnsi" w:cstheme="majorHAnsi"/>
          <w:sz w:val="24"/>
          <w:szCs w:val="24"/>
        </w:rPr>
        <w:t>adresiniz</w:t>
      </w:r>
      <w:proofErr w:type="spellEnd"/>
      <w:r w:rsidRPr="00181D99">
        <w:rPr>
          <w:rFonts w:asciiTheme="majorHAnsi" w:hAnsiTheme="majorHAnsi" w:cstheme="majorHAnsi"/>
          <w:sz w:val="24"/>
          <w:szCs w:val="24"/>
        </w:rPr>
        <w:t xml:space="preserve"> üzerinden güvenli </w:t>
      </w:r>
      <w:proofErr w:type="spellStart"/>
      <w:r w:rsidRPr="00181D99">
        <w:rPr>
          <w:rFonts w:asciiTheme="majorHAnsi" w:hAnsiTheme="majorHAnsi" w:cstheme="majorHAnsi"/>
          <w:sz w:val="24"/>
          <w:szCs w:val="24"/>
        </w:rPr>
        <w:t>elektronik</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imzalı</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olarak</w:t>
      </w:r>
      <w:proofErr w:type="spellEnd"/>
      <w:r w:rsidRPr="00181D99">
        <w:rPr>
          <w:rFonts w:asciiTheme="majorHAnsi" w:hAnsiTheme="majorHAnsi" w:cstheme="majorHAnsi"/>
          <w:sz w:val="24"/>
          <w:szCs w:val="24"/>
        </w:rPr>
        <w:t xml:space="preserve">: </w:t>
      </w:r>
      <w:r w:rsidR="00181D99" w:rsidRPr="00181D99">
        <w:rPr>
          <w:rFonts w:asciiTheme="majorHAnsi" w:hAnsiTheme="majorHAnsi" w:cstheme="majorHAnsi"/>
          <w:sz w:val="24"/>
          <w:szCs w:val="24"/>
        </w:rPr>
        <w:t>metis.kvkk@hs03.kep.tr</w:t>
      </w:r>
    </w:p>
    <w:p w14:paraId="289C7EF4" w14:textId="3E390C9B"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 xml:space="preserve">• Güvenli elektronik imza veya </w:t>
      </w:r>
      <w:proofErr w:type="spellStart"/>
      <w:r w:rsidRPr="00181D99">
        <w:rPr>
          <w:rFonts w:asciiTheme="majorHAnsi" w:hAnsiTheme="majorHAnsi" w:cstheme="majorHAnsi"/>
          <w:sz w:val="24"/>
          <w:szCs w:val="24"/>
        </w:rPr>
        <w:t>mobil</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imza</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kullanılarak</w:t>
      </w:r>
      <w:proofErr w:type="spellEnd"/>
      <w:r w:rsidRPr="00181D99">
        <w:rPr>
          <w:rFonts w:asciiTheme="majorHAnsi" w:hAnsiTheme="majorHAnsi" w:cstheme="majorHAnsi"/>
          <w:sz w:val="24"/>
          <w:szCs w:val="24"/>
        </w:rPr>
        <w:t xml:space="preserve">: </w:t>
      </w:r>
      <w:r w:rsidR="00181D99" w:rsidRPr="4188E02D">
        <w:rPr>
          <w:rFonts w:ascii="Verdana" w:eastAsia="Aptos" w:hAnsi="Verdana"/>
        </w:rPr>
        <w:t>metis.kvkk@tp.com</w:t>
      </w:r>
    </w:p>
    <w:p w14:paraId="16BF25EB" w14:textId="0FCF3D42"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 Şirket sisteminde kayıtlı ve daha önce Şirkete bildirdiğiniz e-</w:t>
      </w:r>
      <w:proofErr w:type="spellStart"/>
      <w:r w:rsidRPr="00181D99">
        <w:rPr>
          <w:rFonts w:asciiTheme="majorHAnsi" w:hAnsiTheme="majorHAnsi" w:cstheme="majorHAnsi"/>
          <w:sz w:val="24"/>
          <w:szCs w:val="24"/>
        </w:rPr>
        <w:t>posta</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adresiniz</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üzerinden</w:t>
      </w:r>
      <w:proofErr w:type="spellEnd"/>
      <w:r w:rsidRPr="00181D99">
        <w:rPr>
          <w:rFonts w:asciiTheme="majorHAnsi" w:hAnsiTheme="majorHAnsi" w:cstheme="majorHAnsi"/>
          <w:sz w:val="24"/>
          <w:szCs w:val="24"/>
        </w:rPr>
        <w:t xml:space="preserve">: </w:t>
      </w:r>
      <w:r w:rsidR="00181D99" w:rsidRPr="4188E02D">
        <w:rPr>
          <w:rFonts w:ascii="Verdana" w:eastAsia="Aptos" w:hAnsi="Verdana"/>
        </w:rPr>
        <w:t>metis.kvkk@tp.com</w:t>
      </w:r>
    </w:p>
    <w:p w14:paraId="3E1E6297"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 Tebliğde öngörülen diğer usullerle.</w:t>
      </w:r>
    </w:p>
    <w:p w14:paraId="2EB919DE"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Başvurunuzda adınız, soyadınız, yazılı başvurularda imzanız, T.C. vatandaşıysanız T.C. kimlik numaranız, yabancıysanız uyruğunuz ve pasaport numaranız veya varsa kimlik numaranız, tebligata esas adresiniz, varsa bildirim e-posta adresiniz, telefon ve faks numaranız ile talep konunuz bulunmalıdır. Talebinize ilişkin bilgi ve belgeleri ekleyebilirsiniz. Şirket, talebinizi niteliğine göre en kısa sürede ve en geç 30 gün içinde sonuçlandırır; mevzuatta öngörülen ücret tarifesi uygulanabilir.</w:t>
      </w:r>
    </w:p>
    <w:p w14:paraId="0E22196A" w14:textId="77777777" w:rsidR="00676B64" w:rsidRPr="00181D99" w:rsidRDefault="00721CEA" w:rsidP="00181D99">
      <w:pPr>
        <w:pStyle w:val="Heading2"/>
        <w:jc w:val="both"/>
        <w:rPr>
          <w:rFonts w:cstheme="majorHAnsi"/>
          <w:color w:val="auto"/>
          <w:sz w:val="24"/>
          <w:szCs w:val="24"/>
        </w:rPr>
      </w:pPr>
      <w:r w:rsidRPr="00181D99">
        <w:rPr>
          <w:rFonts w:cstheme="majorHAnsi"/>
          <w:color w:val="auto"/>
          <w:sz w:val="24"/>
          <w:szCs w:val="24"/>
        </w:rPr>
        <w:t>2. Kimlik ve iletişim bilgileri</w:t>
      </w:r>
    </w:p>
    <w:tbl>
      <w:tblPr>
        <w:tblStyle w:val="TableGrid"/>
        <w:tblW w:w="0" w:type="auto"/>
        <w:tblLook w:val="04A0" w:firstRow="1" w:lastRow="0" w:firstColumn="1" w:lastColumn="0" w:noHBand="0" w:noVBand="1"/>
      </w:tblPr>
      <w:tblGrid>
        <w:gridCol w:w="4755"/>
        <w:gridCol w:w="4753"/>
      </w:tblGrid>
      <w:tr w:rsidR="00676B64" w:rsidRPr="00181D99" w14:paraId="255BDE7B" w14:textId="77777777">
        <w:tc>
          <w:tcPr>
            <w:tcW w:w="4759" w:type="dxa"/>
          </w:tcPr>
          <w:p w14:paraId="4D35C116"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Adı soyadı</w:t>
            </w:r>
          </w:p>
        </w:tc>
        <w:tc>
          <w:tcPr>
            <w:tcW w:w="4759" w:type="dxa"/>
          </w:tcPr>
          <w:p w14:paraId="223D5112" w14:textId="77777777" w:rsidR="00676B64" w:rsidRPr="00181D99" w:rsidRDefault="00676B64" w:rsidP="00181D99">
            <w:pPr>
              <w:jc w:val="both"/>
              <w:rPr>
                <w:rFonts w:asciiTheme="majorHAnsi" w:hAnsiTheme="majorHAnsi" w:cstheme="majorHAnsi"/>
                <w:sz w:val="24"/>
                <w:szCs w:val="24"/>
              </w:rPr>
            </w:pPr>
          </w:p>
        </w:tc>
      </w:tr>
      <w:tr w:rsidR="00676B64" w:rsidRPr="00181D99" w14:paraId="62BB69B3" w14:textId="77777777">
        <w:tc>
          <w:tcPr>
            <w:tcW w:w="4759" w:type="dxa"/>
          </w:tcPr>
          <w:p w14:paraId="5072DE56"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T.C. kimlik no / yabancılar için uyruk ve pasaport veya kimlik no</w:t>
            </w:r>
          </w:p>
        </w:tc>
        <w:tc>
          <w:tcPr>
            <w:tcW w:w="4759" w:type="dxa"/>
          </w:tcPr>
          <w:p w14:paraId="61C87849" w14:textId="77777777" w:rsidR="00676B64" w:rsidRPr="00181D99" w:rsidRDefault="00676B64" w:rsidP="00181D99">
            <w:pPr>
              <w:jc w:val="both"/>
              <w:rPr>
                <w:rFonts w:asciiTheme="majorHAnsi" w:hAnsiTheme="majorHAnsi" w:cstheme="majorHAnsi"/>
                <w:sz w:val="24"/>
                <w:szCs w:val="24"/>
              </w:rPr>
            </w:pPr>
          </w:p>
        </w:tc>
      </w:tr>
      <w:tr w:rsidR="00676B64" w:rsidRPr="00181D99" w14:paraId="4DB8BB45" w14:textId="77777777">
        <w:tc>
          <w:tcPr>
            <w:tcW w:w="4759" w:type="dxa"/>
          </w:tcPr>
          <w:p w14:paraId="4AD2E86B"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Tebligata esas yerleşim yeri veya iş yeri adresi</w:t>
            </w:r>
          </w:p>
        </w:tc>
        <w:tc>
          <w:tcPr>
            <w:tcW w:w="4759" w:type="dxa"/>
          </w:tcPr>
          <w:p w14:paraId="182B3C65" w14:textId="77777777" w:rsidR="00676B64" w:rsidRPr="00181D99" w:rsidRDefault="00676B64" w:rsidP="00181D99">
            <w:pPr>
              <w:jc w:val="both"/>
              <w:rPr>
                <w:rFonts w:asciiTheme="majorHAnsi" w:hAnsiTheme="majorHAnsi" w:cstheme="majorHAnsi"/>
                <w:sz w:val="24"/>
                <w:szCs w:val="24"/>
              </w:rPr>
            </w:pPr>
          </w:p>
        </w:tc>
      </w:tr>
      <w:tr w:rsidR="00676B64" w:rsidRPr="00181D99" w14:paraId="17C7F25F" w14:textId="77777777">
        <w:tc>
          <w:tcPr>
            <w:tcW w:w="4759" w:type="dxa"/>
          </w:tcPr>
          <w:p w14:paraId="42F511F8"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E-posta adresi (varsa)</w:t>
            </w:r>
          </w:p>
        </w:tc>
        <w:tc>
          <w:tcPr>
            <w:tcW w:w="4759" w:type="dxa"/>
          </w:tcPr>
          <w:p w14:paraId="4EBF3102" w14:textId="77777777" w:rsidR="00676B64" w:rsidRPr="00181D99" w:rsidRDefault="00676B64" w:rsidP="00181D99">
            <w:pPr>
              <w:jc w:val="both"/>
              <w:rPr>
                <w:rFonts w:asciiTheme="majorHAnsi" w:hAnsiTheme="majorHAnsi" w:cstheme="majorHAnsi"/>
                <w:sz w:val="24"/>
                <w:szCs w:val="24"/>
              </w:rPr>
            </w:pPr>
          </w:p>
        </w:tc>
      </w:tr>
      <w:tr w:rsidR="00676B64" w:rsidRPr="00181D99" w14:paraId="5B1C4243" w14:textId="77777777">
        <w:tc>
          <w:tcPr>
            <w:tcW w:w="4759" w:type="dxa"/>
          </w:tcPr>
          <w:p w14:paraId="6CA9D56A"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Telefon / faks (varsa)</w:t>
            </w:r>
          </w:p>
        </w:tc>
        <w:tc>
          <w:tcPr>
            <w:tcW w:w="4759" w:type="dxa"/>
          </w:tcPr>
          <w:p w14:paraId="4A6D3878" w14:textId="77777777" w:rsidR="00676B64" w:rsidRPr="00181D99" w:rsidRDefault="00676B64" w:rsidP="00181D99">
            <w:pPr>
              <w:jc w:val="both"/>
              <w:rPr>
                <w:rFonts w:asciiTheme="majorHAnsi" w:hAnsiTheme="majorHAnsi" w:cstheme="majorHAnsi"/>
                <w:sz w:val="24"/>
                <w:szCs w:val="24"/>
              </w:rPr>
            </w:pPr>
          </w:p>
        </w:tc>
      </w:tr>
    </w:tbl>
    <w:p w14:paraId="6626E90B" w14:textId="77777777" w:rsidR="00676B64" w:rsidRPr="00181D99" w:rsidRDefault="00721CEA" w:rsidP="00181D99">
      <w:pPr>
        <w:pStyle w:val="Heading2"/>
        <w:jc w:val="both"/>
        <w:rPr>
          <w:rFonts w:cstheme="majorHAnsi"/>
          <w:color w:val="auto"/>
          <w:sz w:val="24"/>
          <w:szCs w:val="24"/>
        </w:rPr>
      </w:pPr>
      <w:r w:rsidRPr="00181D99">
        <w:rPr>
          <w:rFonts w:cstheme="majorHAnsi"/>
          <w:color w:val="auto"/>
          <w:sz w:val="24"/>
          <w:szCs w:val="24"/>
        </w:rPr>
        <w:t>3. Şirket ile ilişkiniz</w:t>
      </w:r>
    </w:p>
    <w:p w14:paraId="7DC729A1" w14:textId="77777777" w:rsidR="00676B64" w:rsidRPr="00181D99" w:rsidRDefault="00721CEA" w:rsidP="00181D99">
      <w:pPr>
        <w:jc w:val="both"/>
        <w:rPr>
          <w:rFonts w:asciiTheme="majorHAnsi" w:hAnsiTheme="majorHAnsi" w:cstheme="majorHAnsi"/>
          <w:sz w:val="24"/>
          <w:szCs w:val="24"/>
        </w:rPr>
      </w:pP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Mevcut çalışan   </w:t>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Eski çalışan   </w:t>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Çalışan adayı   </w:t>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Müşteri / müşteri temsilcisi</w:t>
      </w:r>
      <w:r w:rsidRPr="00181D99">
        <w:rPr>
          <w:rFonts w:asciiTheme="majorHAnsi" w:hAnsiTheme="majorHAnsi" w:cstheme="majorHAnsi"/>
          <w:sz w:val="24"/>
          <w:szCs w:val="24"/>
        </w:rPr>
        <w:br/>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Tedarikçi / iş ortağı   </w:t>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Ziyaretçi   </w:t>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Diğer: ................................................</w:t>
      </w:r>
    </w:p>
    <w:p w14:paraId="5C94EF23"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İlgili birim / proje / ilişki dönemi (varsa): ........................................................................</w:t>
      </w:r>
    </w:p>
    <w:p w14:paraId="58A6F00C" w14:textId="77777777" w:rsidR="00676B64" w:rsidRPr="00181D99" w:rsidRDefault="00721CEA" w:rsidP="00181D99">
      <w:pPr>
        <w:pStyle w:val="Heading2"/>
        <w:jc w:val="both"/>
        <w:rPr>
          <w:rFonts w:cstheme="majorHAnsi"/>
          <w:color w:val="auto"/>
          <w:sz w:val="24"/>
          <w:szCs w:val="24"/>
        </w:rPr>
      </w:pPr>
      <w:r w:rsidRPr="00181D99">
        <w:rPr>
          <w:rFonts w:cstheme="majorHAnsi"/>
          <w:color w:val="auto"/>
          <w:sz w:val="24"/>
          <w:szCs w:val="24"/>
        </w:rPr>
        <w:t>4. KVKK kapsamındaki talebiniz</w:t>
      </w:r>
    </w:p>
    <w:p w14:paraId="1753F080"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Lütfen talebinizi, ilgili kişisel veri veya işlem ile birlikte açıkça belirtiniz:</w:t>
      </w:r>
    </w:p>
    <w:p w14:paraId="0A3E26CF"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lastRenderedPageBreak/>
        <w:t>................................................................................................................................................</w:t>
      </w:r>
    </w:p>
    <w:p w14:paraId="0D63918B"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w:t>
      </w:r>
    </w:p>
    <w:p w14:paraId="3FD339C5"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w:t>
      </w:r>
    </w:p>
    <w:p w14:paraId="255BFDDB"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w:t>
      </w:r>
    </w:p>
    <w:p w14:paraId="55267261"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w:t>
      </w:r>
    </w:p>
    <w:p w14:paraId="3EFED971" w14:textId="77777777" w:rsidR="00676B64" w:rsidRPr="00181D99" w:rsidRDefault="00721CEA" w:rsidP="00181D99">
      <w:pPr>
        <w:pStyle w:val="Heading2"/>
        <w:jc w:val="both"/>
        <w:rPr>
          <w:rFonts w:cstheme="majorHAnsi"/>
          <w:color w:val="auto"/>
          <w:sz w:val="24"/>
          <w:szCs w:val="24"/>
        </w:rPr>
      </w:pPr>
      <w:r w:rsidRPr="00181D99">
        <w:rPr>
          <w:rFonts w:cstheme="majorHAnsi"/>
          <w:color w:val="auto"/>
          <w:sz w:val="24"/>
          <w:szCs w:val="24"/>
        </w:rPr>
        <w:t>5. Yanıtın iletilmesini istediğiniz yöntem</w:t>
      </w:r>
    </w:p>
    <w:p w14:paraId="51E89499" w14:textId="77777777" w:rsidR="00676B64" w:rsidRPr="00181D99" w:rsidRDefault="00721CEA" w:rsidP="00181D99">
      <w:pPr>
        <w:jc w:val="both"/>
        <w:rPr>
          <w:rFonts w:asciiTheme="majorHAnsi" w:hAnsiTheme="majorHAnsi" w:cstheme="majorHAnsi"/>
          <w:sz w:val="24"/>
          <w:szCs w:val="24"/>
        </w:rPr>
      </w:pP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Yukarıdaki posta adresime   </w:t>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Yukarıdaki e-posta adresime   </w:t>
      </w:r>
      <w:r w:rsidRPr="00181D99">
        <w:rPr>
          <w:rFonts w:ascii="Segoe UI Symbol" w:hAnsi="Segoe UI Symbol" w:cs="Segoe UI Symbol"/>
          <w:sz w:val="24"/>
          <w:szCs w:val="24"/>
        </w:rPr>
        <w:t>☐</w:t>
      </w:r>
      <w:r w:rsidRPr="00181D99">
        <w:rPr>
          <w:rFonts w:asciiTheme="majorHAnsi" w:hAnsiTheme="majorHAnsi" w:cstheme="majorHAnsi"/>
          <w:sz w:val="24"/>
          <w:szCs w:val="24"/>
        </w:rPr>
        <w:t xml:space="preserve"> Elden teslim</w:t>
      </w:r>
    </w:p>
    <w:p w14:paraId="62999589"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Başvurunun yetkili temsilci tarafından yapılması halinde temsil yetkisini gösteren uygun belge sunulmalıdır. Şirket, veri güvenliği için yalnızca gerekli ve ölçülü ek doğrulama bilgilerini isteyebilir. Kimlik belgesi kopyasının rutin olarak gönderilmesi talep edilmemektedir.</w:t>
      </w:r>
    </w:p>
    <w:p w14:paraId="390A8E73"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Bu formda verdiğim bilgilerin doğru ve güncel olduğunu beyan ederim.</w:t>
      </w:r>
    </w:p>
    <w:p w14:paraId="650797E9" w14:textId="77777777" w:rsidR="00676B64" w:rsidRP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Başvuru sahibi / yetkili temsilci adı soyadı: ........................................................</w:t>
      </w:r>
    </w:p>
    <w:p w14:paraId="3AF582DF" w14:textId="2447ABF7" w:rsidR="00181D99" w:rsidRDefault="00721CEA" w:rsidP="00181D99">
      <w:pPr>
        <w:jc w:val="both"/>
        <w:rPr>
          <w:rFonts w:asciiTheme="majorHAnsi" w:hAnsiTheme="majorHAnsi" w:cstheme="majorHAnsi"/>
          <w:sz w:val="24"/>
          <w:szCs w:val="24"/>
        </w:rPr>
      </w:pPr>
      <w:r w:rsidRPr="00181D99">
        <w:rPr>
          <w:rFonts w:asciiTheme="majorHAnsi" w:hAnsiTheme="majorHAnsi" w:cstheme="majorHAnsi"/>
          <w:sz w:val="24"/>
          <w:szCs w:val="24"/>
        </w:rPr>
        <w:t>Tarih</w:t>
      </w:r>
      <w:r w:rsidR="00181D99">
        <w:rPr>
          <w:rFonts w:asciiTheme="majorHAnsi" w:hAnsiTheme="majorHAnsi" w:cstheme="majorHAnsi"/>
          <w:sz w:val="24"/>
          <w:szCs w:val="24"/>
        </w:rPr>
        <w:tab/>
      </w:r>
      <w:r w:rsidR="00181D99">
        <w:rPr>
          <w:rFonts w:asciiTheme="majorHAnsi" w:hAnsiTheme="majorHAnsi" w:cstheme="majorHAnsi"/>
          <w:sz w:val="24"/>
          <w:szCs w:val="24"/>
        </w:rPr>
        <w:tab/>
      </w:r>
      <w:r w:rsidR="00181D99">
        <w:rPr>
          <w:rFonts w:asciiTheme="majorHAnsi" w:hAnsiTheme="majorHAnsi" w:cstheme="majorHAnsi"/>
          <w:sz w:val="24"/>
          <w:szCs w:val="24"/>
        </w:rPr>
        <w:tab/>
      </w:r>
      <w:r w:rsidR="00181D99">
        <w:rPr>
          <w:rFonts w:asciiTheme="majorHAnsi" w:hAnsiTheme="majorHAnsi" w:cstheme="majorHAnsi"/>
          <w:sz w:val="24"/>
          <w:szCs w:val="24"/>
        </w:rPr>
        <w:tab/>
      </w:r>
      <w:r w:rsidR="00181D99">
        <w:rPr>
          <w:rFonts w:asciiTheme="majorHAnsi" w:hAnsiTheme="majorHAnsi" w:cstheme="majorHAnsi"/>
          <w:sz w:val="24"/>
          <w:szCs w:val="24"/>
        </w:rPr>
        <w:tab/>
        <w:t xml:space="preserve">      </w:t>
      </w:r>
      <w:proofErr w:type="gramStart"/>
      <w:r w:rsidR="00181D99">
        <w:rPr>
          <w:rFonts w:asciiTheme="majorHAnsi" w:hAnsiTheme="majorHAnsi" w:cstheme="majorHAnsi"/>
          <w:sz w:val="24"/>
          <w:szCs w:val="24"/>
        </w:rPr>
        <w:t xml:space="preserve">  </w:t>
      </w:r>
      <w:r w:rsidRPr="00181D99">
        <w:rPr>
          <w:rFonts w:asciiTheme="majorHAnsi" w:hAnsiTheme="majorHAnsi" w:cstheme="majorHAnsi"/>
          <w:sz w:val="24"/>
          <w:szCs w:val="24"/>
        </w:rPr>
        <w:t>:</w:t>
      </w:r>
      <w:proofErr w:type="gramEnd"/>
      <w:r w:rsidRPr="00181D99">
        <w:rPr>
          <w:rFonts w:asciiTheme="majorHAnsi" w:hAnsiTheme="majorHAnsi" w:cstheme="majorHAnsi"/>
          <w:sz w:val="24"/>
          <w:szCs w:val="24"/>
        </w:rPr>
        <w:t xml:space="preserve"> ......................................</w:t>
      </w:r>
      <w:r w:rsidR="00181D99">
        <w:rPr>
          <w:rFonts w:asciiTheme="majorHAnsi" w:hAnsiTheme="majorHAnsi" w:cstheme="majorHAnsi"/>
          <w:sz w:val="24"/>
          <w:szCs w:val="24"/>
        </w:rPr>
        <w:t>..................</w:t>
      </w:r>
      <w:r w:rsidRPr="00181D99">
        <w:rPr>
          <w:rFonts w:asciiTheme="majorHAnsi" w:hAnsiTheme="majorHAnsi" w:cstheme="majorHAnsi"/>
          <w:sz w:val="24"/>
          <w:szCs w:val="24"/>
        </w:rPr>
        <w:t xml:space="preserve">      </w:t>
      </w:r>
    </w:p>
    <w:p w14:paraId="291928B0" w14:textId="42E18247" w:rsidR="00676B64" w:rsidRPr="00181D99" w:rsidRDefault="00721CEA" w:rsidP="00181D99">
      <w:pPr>
        <w:jc w:val="both"/>
        <w:rPr>
          <w:rFonts w:asciiTheme="majorHAnsi" w:hAnsiTheme="majorHAnsi" w:cstheme="majorHAnsi"/>
          <w:sz w:val="24"/>
          <w:szCs w:val="24"/>
        </w:rPr>
      </w:pPr>
      <w:proofErr w:type="spellStart"/>
      <w:r w:rsidRPr="00181D99">
        <w:rPr>
          <w:rFonts w:asciiTheme="majorHAnsi" w:hAnsiTheme="majorHAnsi" w:cstheme="majorHAnsi"/>
          <w:sz w:val="24"/>
          <w:szCs w:val="24"/>
        </w:rPr>
        <w:t>İmza</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yazılı</w:t>
      </w:r>
      <w:proofErr w:type="spellEnd"/>
      <w:r w:rsidRPr="00181D99">
        <w:rPr>
          <w:rFonts w:asciiTheme="majorHAnsi" w:hAnsiTheme="majorHAnsi" w:cstheme="majorHAnsi"/>
          <w:sz w:val="24"/>
          <w:szCs w:val="24"/>
        </w:rPr>
        <w:t xml:space="preserve"> </w:t>
      </w:r>
      <w:proofErr w:type="spellStart"/>
      <w:r w:rsidRPr="00181D99">
        <w:rPr>
          <w:rFonts w:asciiTheme="majorHAnsi" w:hAnsiTheme="majorHAnsi" w:cstheme="majorHAnsi"/>
          <w:sz w:val="24"/>
          <w:szCs w:val="24"/>
        </w:rPr>
        <w:t>başvurularda</w:t>
      </w:r>
      <w:proofErr w:type="spellEnd"/>
      <w:r w:rsidRPr="00181D99">
        <w:rPr>
          <w:rFonts w:asciiTheme="majorHAnsi" w:hAnsiTheme="majorHAnsi" w:cstheme="majorHAnsi"/>
          <w:sz w:val="24"/>
          <w:szCs w:val="24"/>
        </w:rPr>
        <w:t>)</w:t>
      </w:r>
      <w:r w:rsidR="00181D99">
        <w:rPr>
          <w:rFonts w:asciiTheme="majorHAnsi" w:hAnsiTheme="majorHAnsi" w:cstheme="majorHAnsi"/>
          <w:sz w:val="24"/>
          <w:szCs w:val="24"/>
        </w:rPr>
        <w:tab/>
      </w:r>
      <w:r w:rsidR="00181D99">
        <w:rPr>
          <w:rFonts w:asciiTheme="majorHAnsi" w:hAnsiTheme="majorHAnsi" w:cstheme="majorHAnsi"/>
          <w:sz w:val="24"/>
          <w:szCs w:val="24"/>
        </w:rPr>
        <w:tab/>
        <w:t xml:space="preserve">        </w:t>
      </w:r>
      <w:r w:rsidRPr="00181D99">
        <w:rPr>
          <w:rFonts w:asciiTheme="majorHAnsi" w:hAnsiTheme="majorHAnsi" w:cstheme="majorHAnsi"/>
          <w:sz w:val="24"/>
          <w:szCs w:val="24"/>
        </w:rPr>
        <w:t>: ......................................</w:t>
      </w:r>
      <w:r w:rsidR="00181D99">
        <w:rPr>
          <w:rFonts w:asciiTheme="majorHAnsi" w:hAnsiTheme="majorHAnsi" w:cstheme="majorHAnsi"/>
          <w:sz w:val="24"/>
          <w:szCs w:val="24"/>
        </w:rPr>
        <w:t>..................</w:t>
      </w:r>
    </w:p>
    <w:sectPr w:rsidR="00676B64" w:rsidRPr="00181D99"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2965183">
    <w:abstractNumId w:val="8"/>
  </w:num>
  <w:num w:numId="2" w16cid:durableId="1140339942">
    <w:abstractNumId w:val="6"/>
  </w:num>
  <w:num w:numId="3" w16cid:durableId="1693606788">
    <w:abstractNumId w:val="5"/>
  </w:num>
  <w:num w:numId="4" w16cid:durableId="1845198054">
    <w:abstractNumId w:val="4"/>
  </w:num>
  <w:num w:numId="5" w16cid:durableId="489906662">
    <w:abstractNumId w:val="7"/>
  </w:num>
  <w:num w:numId="6" w16cid:durableId="960962880">
    <w:abstractNumId w:val="3"/>
  </w:num>
  <w:num w:numId="7" w16cid:durableId="1568032608">
    <w:abstractNumId w:val="2"/>
  </w:num>
  <w:num w:numId="8" w16cid:durableId="584270919">
    <w:abstractNumId w:val="1"/>
  </w:num>
  <w:num w:numId="9" w16cid:durableId="274949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1D99"/>
    <w:rsid w:val="0029639D"/>
    <w:rsid w:val="00326F90"/>
    <w:rsid w:val="00676B64"/>
    <w:rsid w:val="00721CEA"/>
    <w:rsid w:val="00AA1D8D"/>
    <w:rsid w:val="00B47730"/>
    <w:rsid w:val="00CB0664"/>
    <w:rsid w:val="00DE67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3BDDAB"/>
  <w14:defaultImageDpi w14:val="300"/>
  <w15:docId w15:val="{A55C7D15-451B-487D-8E70-88B53065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81D99"/>
    <w:rPr>
      <w:color w:val="0000FF" w:themeColor="hyperlink"/>
      <w:u w:val="single"/>
    </w:rPr>
  </w:style>
  <w:style w:type="character" w:styleId="UnresolvedMention">
    <w:name w:val="Unresolved Mention"/>
    <w:basedOn w:val="DefaultParagraphFont"/>
    <w:uiPriority w:val="99"/>
    <w:semiHidden/>
    <w:unhideWhenUsed/>
    <w:rsid w:val="00181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haticeburcu.erguden</dc:creator>
  <cp:keywords/>
  <dc:description>generated by python-docx</dc:description>
  <cp:lastModifiedBy>Hatice Burcu Erguden</cp:lastModifiedBy>
  <cp:revision>2</cp:revision>
  <dcterms:created xsi:type="dcterms:W3CDTF">2026-10-12T10:25:00Z</dcterms:created>
  <dcterms:modified xsi:type="dcterms:W3CDTF">2026-10-12T10:25:00Z</dcterms:modified>
  <cp:category/>
</cp:coreProperties>
</file>